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82150" w:rsidRDefault="00000000">
      <w:pPr>
        <w:pStyle w:val="Title"/>
      </w:pPr>
      <w:r>
        <w:t>Cornwall College Mentoring &amp; Tutoring Initiative (CCMTI)</w:t>
      </w:r>
    </w:p>
    <w:p w14:paraId="00000002" w14:textId="77777777" w:rsidR="00A82150" w:rsidRDefault="00000000">
      <w:pPr>
        <w:pStyle w:val="Heading1"/>
      </w:pPr>
      <w:r>
        <w:t>Consent and Participation Agreement</w:t>
      </w:r>
    </w:p>
    <w:p w14:paraId="00000003" w14:textId="77777777" w:rsidR="00A82150" w:rsidRDefault="00000000">
      <w:pPr>
        <w:pStyle w:val="Heading2"/>
      </w:pPr>
      <w:r>
        <w:t>Purpose</w:t>
      </w:r>
    </w:p>
    <w:p w14:paraId="00000004" w14:textId="77777777" w:rsidR="00A82150" w:rsidRDefault="00000000">
      <w:r>
        <w:t>The Cornwall College Mentoring &amp; Tutoring Initiative (CCMTI) was established in 2022 to support students’ academic, personal, and character development through structured mentorship and tutoring. By signing this agreement, participants and their parents/guardians consent to share relevant information and abide by the rules and expectations of the program.</w:t>
      </w:r>
    </w:p>
    <w:p w14:paraId="00000005" w14:textId="77777777" w:rsidR="00A82150" w:rsidRDefault="00000000">
      <w:pPr>
        <w:pStyle w:val="Heading2"/>
      </w:pPr>
      <w:r>
        <w:t>Section 1: Information Sharing &amp; Data Use</w:t>
      </w:r>
    </w:p>
    <w:p w14:paraId="00000006" w14:textId="77777777" w:rsidR="00A82150" w:rsidRDefault="00000000">
      <w:r>
        <w:t>We, the undersigned, agree that:</w:t>
      </w:r>
      <w:r>
        <w:br/>
        <w:t>1. The student’s academic performance data (grades, test results, assignments, reports) may be shared with mentors and program administrators.</w:t>
      </w:r>
      <w:r>
        <w:br/>
        <w:t>2. The student’s behavioral records (attendance, punctuality, classroom conduct, disciplinary reports if applicable) may be shared.</w:t>
      </w:r>
      <w:r>
        <w:br/>
        <w:t>3. Other relevant developmental information may also be shared.</w:t>
      </w:r>
      <w:r>
        <w:br/>
        <w:t>4. All shared information will be treated as confidential and used only for supporting the student’s growth.</w:t>
      </w:r>
      <w:r>
        <w:br/>
        <w:t>5. No data will be publicly disclosed without explicit parental/guardian consent.</w:t>
      </w:r>
    </w:p>
    <w:p w14:paraId="00000007" w14:textId="77777777" w:rsidR="00A82150" w:rsidRDefault="00000000">
      <w:pPr>
        <w:pStyle w:val="Heading2"/>
      </w:pPr>
      <w:r>
        <w:t>Section 2: Roles &amp; Responsibilities</w:t>
      </w:r>
    </w:p>
    <w:p w14:paraId="00000008" w14:textId="77777777" w:rsidR="00A82150" w:rsidRDefault="00000000">
      <w:r>
        <w:t>Mentors agree to:</w:t>
      </w:r>
      <w:r>
        <w:br/>
        <w:t>- Provide guidance, encouragement, and constructive feedback.</w:t>
      </w:r>
      <w:r>
        <w:br/>
        <w:t>- Respect confidentiality and maintain professional boundaries.</w:t>
      </w:r>
      <w:r>
        <w:br/>
        <w:t>- Serve as positive role models.</w:t>
      </w:r>
      <w:r>
        <w:br/>
        <w:t>-attend all scheduled workshops/training sessions</w:t>
      </w:r>
    </w:p>
    <w:p w14:paraId="00000009" w14:textId="77777777" w:rsidR="00A82150" w:rsidRDefault="00000000">
      <w:r>
        <w:t>Mentees agree to:</w:t>
      </w:r>
      <w:r>
        <w:br/>
        <w:t>- Attend sessions punctually and prepared.</w:t>
      </w:r>
      <w:r>
        <w:br/>
        <w:t>- Respect mentors, peers, and rules.</w:t>
      </w:r>
      <w:r>
        <w:br/>
        <w:t>- Make a genuine effort to improve.</w:t>
      </w:r>
    </w:p>
    <w:p w14:paraId="0000000A" w14:textId="77777777" w:rsidR="00A82150" w:rsidRDefault="00000000">
      <w:r>
        <w:t>Parents/Guardians agree to:</w:t>
      </w:r>
      <w:r>
        <w:br/>
        <w:t>- Support participation (transport, reminders).</w:t>
      </w:r>
      <w:r>
        <w:br/>
        <w:t>- Share relevant updates.</w:t>
      </w:r>
      <w:r>
        <w:br/>
        <w:t>- Reinforce program values.</w:t>
      </w:r>
      <w:r>
        <w:br/>
        <w:t>-Provide a safe and conducive environment for the student to be able to do what they need to do.</w:t>
      </w:r>
      <w:r>
        <w:br/>
      </w:r>
      <w:r>
        <w:lastRenderedPageBreak/>
        <w:t>-Provide the necessary support and resources to foster the student’s academic, personal, and social development.</w:t>
      </w:r>
      <w:r>
        <w:br/>
        <w:t xml:space="preserve">- Be responsible for attending Parent Teachers Association Meeting as well as meetings being put on by the Mentorship program itself. </w:t>
      </w:r>
    </w:p>
    <w:p w14:paraId="0000000B" w14:textId="77777777" w:rsidR="00A82150" w:rsidRDefault="00000000">
      <w:pPr>
        <w:pStyle w:val="Heading2"/>
      </w:pPr>
      <w:bookmarkStart w:id="0" w:name="_heading=h.gnuml9i4pij" w:colFirst="0" w:colLast="0"/>
      <w:bookmarkEnd w:id="0"/>
      <w:r>
        <w:t>Section 3: Code of Conduct</w:t>
      </w:r>
    </w:p>
    <w:p w14:paraId="0000000C" w14:textId="77777777" w:rsidR="00A82150" w:rsidRDefault="00000000">
      <w:r>
        <w:t>- All parties will interact with respect and integrity.</w:t>
      </w:r>
      <w:r>
        <w:br/>
        <w:t>- Bullying, harassment, or inappropriate conduct will not be tolerated.</w:t>
      </w:r>
      <w:r>
        <w:br/>
        <w:t>- Misuse of shared data or breach of confidentiality may result in disciplinary action up to and including removal from the program.</w:t>
      </w:r>
    </w:p>
    <w:p w14:paraId="0000000D" w14:textId="77777777" w:rsidR="00A82150" w:rsidRDefault="00000000">
      <w:pPr>
        <w:pStyle w:val="Heading2"/>
      </w:pPr>
      <w:r>
        <w:t>Section 4: Consent &amp; Liability</w:t>
      </w:r>
    </w:p>
    <w:p w14:paraId="0000000E" w14:textId="77777777" w:rsidR="00A82150" w:rsidRDefault="00000000">
      <w:r>
        <w:t>- Participation in CCMTI is voluntary.</w:t>
      </w:r>
      <w:r>
        <w:br/>
        <w:t>- Parents/guardians acknowledge CCMTI is not legally liable for outcomes.</w:t>
      </w:r>
      <w:r>
        <w:br/>
        <w:t>- The undersigned release CCMTI and Cornwall College mentors from liability for activities conducted in good faith.</w:t>
      </w:r>
    </w:p>
    <w:p w14:paraId="0000000F" w14:textId="77777777" w:rsidR="00A82150" w:rsidRDefault="00000000">
      <w:pPr>
        <w:pStyle w:val="Heading2"/>
      </w:pPr>
      <w:r>
        <w:t>Section 5: Agreement &amp; Signatures</w:t>
      </w:r>
    </w:p>
    <w:p w14:paraId="00000010" w14:textId="77777777" w:rsidR="00A82150" w:rsidRDefault="00000000">
      <w:r>
        <w:rPr>
          <w:b/>
        </w:rPr>
        <w:t>Student (Mentee):</w:t>
      </w:r>
      <w:r>
        <w:br/>
        <w:t>Name: ________________________</w:t>
      </w:r>
      <w:r>
        <w:br/>
        <w:t>Signature: ____________________   Date: ___________</w:t>
      </w:r>
    </w:p>
    <w:p w14:paraId="00000011" w14:textId="77777777" w:rsidR="00A82150" w:rsidRDefault="00000000">
      <w:r>
        <w:rPr>
          <w:b/>
        </w:rPr>
        <w:t>Parent/Guardian:</w:t>
      </w:r>
      <w:r>
        <w:br/>
        <w:t>Name: ________________________</w:t>
      </w:r>
      <w:r>
        <w:br/>
        <w:t>Signature: ____________________   Date: ___________</w:t>
      </w:r>
    </w:p>
    <w:p w14:paraId="00000012" w14:textId="77777777" w:rsidR="00A82150" w:rsidRDefault="00000000">
      <w:r>
        <w:rPr>
          <w:b/>
        </w:rPr>
        <w:t>Mentor:</w:t>
      </w:r>
      <w:r>
        <w:br/>
        <w:t>Name: ________________________</w:t>
      </w:r>
      <w:r>
        <w:br/>
        <w:t>Signature: ____________________   Date: ___________</w:t>
      </w:r>
    </w:p>
    <w:p w14:paraId="00000013" w14:textId="77777777" w:rsidR="00A82150" w:rsidRDefault="00000000">
      <w:pPr>
        <w:spacing w:before="240" w:after="240"/>
      </w:pPr>
      <w:r>
        <w:rPr>
          <w:b/>
        </w:rPr>
        <w:t>CC Guidance Counselling Department:</w:t>
      </w:r>
      <w:r>
        <w:rPr>
          <w:b/>
        </w:rPr>
        <w:br/>
      </w:r>
      <w:r>
        <w:t xml:space="preserve"> Name: ________________________</w:t>
      </w:r>
      <w:r>
        <w:br/>
        <w:t xml:space="preserve"> Signature: ____________________ Date: ___________</w:t>
      </w:r>
    </w:p>
    <w:p w14:paraId="00000014" w14:textId="77777777" w:rsidR="00A82150" w:rsidRDefault="00A82150"/>
    <w:p w14:paraId="00000015" w14:textId="77777777" w:rsidR="00A82150" w:rsidRDefault="00A82150"/>
    <w:p w14:paraId="00000016" w14:textId="77777777" w:rsidR="00A82150" w:rsidRDefault="00A82150"/>
    <w:sectPr w:rsidR="00A821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A111C" w14:textId="77777777" w:rsidR="006F507A" w:rsidRDefault="006F507A" w:rsidP="00EE1C86">
      <w:pPr>
        <w:spacing w:after="0" w:line="240" w:lineRule="auto"/>
      </w:pPr>
      <w:r>
        <w:separator/>
      </w:r>
    </w:p>
  </w:endnote>
  <w:endnote w:type="continuationSeparator" w:id="0">
    <w:p w14:paraId="067134F9" w14:textId="77777777" w:rsidR="006F507A" w:rsidRDefault="006F507A" w:rsidP="00EE1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B2D3" w14:textId="77777777" w:rsidR="00EE1C86" w:rsidRDefault="00EE1C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81CE8" w14:textId="6414B8EC" w:rsidR="00EE1C86" w:rsidRDefault="00EE1C86">
    <w:pPr>
      <w:pStyle w:val="Footer"/>
    </w:pPr>
    <w:r>
      <w:t xml:space="preserve">Please take a picture of your completed form and email to: </w:t>
    </w:r>
    <w:r w:rsidRPr="00963C40">
      <w:rPr>
        <w:b/>
        <w:bCs/>
      </w:rPr>
      <w:t>cornwallcollegemti2022@gmail.com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60EE" w14:textId="77777777" w:rsidR="00EE1C86" w:rsidRDefault="00EE1C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748E0" w14:textId="77777777" w:rsidR="006F507A" w:rsidRDefault="006F507A" w:rsidP="00EE1C86">
      <w:pPr>
        <w:spacing w:after="0" w:line="240" w:lineRule="auto"/>
      </w:pPr>
      <w:r>
        <w:separator/>
      </w:r>
    </w:p>
  </w:footnote>
  <w:footnote w:type="continuationSeparator" w:id="0">
    <w:p w14:paraId="011B5FBA" w14:textId="77777777" w:rsidR="006F507A" w:rsidRDefault="006F507A" w:rsidP="00EE1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B1C43" w14:textId="77777777" w:rsidR="00EE1C86" w:rsidRDefault="00EE1C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0CDF1" w14:textId="77777777" w:rsidR="00EE1C86" w:rsidRDefault="00EE1C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5DA5" w14:textId="77777777" w:rsidR="00EE1C86" w:rsidRDefault="00EE1C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56F44"/>
    <w:multiLevelType w:val="multilevel"/>
    <w:tmpl w:val="9412016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76904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150"/>
    <w:rsid w:val="006F507A"/>
    <w:rsid w:val="00A82150"/>
    <w:rsid w:val="00E6657B"/>
    <w:rsid w:val="00EE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877542D-9A30-4591-8079-CD1A36D9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+0ZPO4yRculACI71hSUPEpEl2Q==">CgMxLjAyDWguZ251bWw5aTRwaWo4AHIhMXJLNTA2MmFWNTRscC05UGtPOTBvVmtZeEt6M2hfWjlF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Norm Bowen</cp:lastModifiedBy>
  <cp:revision>2</cp:revision>
  <dcterms:created xsi:type="dcterms:W3CDTF">2025-09-25T15:19:00Z</dcterms:created>
  <dcterms:modified xsi:type="dcterms:W3CDTF">2026-10-04T21:25:00Z</dcterms:modified>
</cp:coreProperties>
</file>