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66818" w14:textId="1B9D1846" w:rsidR="00517635" w:rsidRDefault="00F208F8" w:rsidP="00D17193">
      <w:pPr>
        <w:pStyle w:val="Heading1"/>
        <w:jc w:val="center"/>
      </w:pPr>
      <w:r>
        <w:t>Cornwall College Parents’ Self-Referral Form</w:t>
      </w:r>
    </w:p>
    <w:p w14:paraId="00FA7EDB" w14:textId="77777777" w:rsidR="0056498F" w:rsidRPr="0056498F" w:rsidRDefault="0056498F" w:rsidP="0056498F"/>
    <w:p w14:paraId="02CBA262" w14:textId="77777777" w:rsidR="00517635" w:rsidRDefault="00F928D9">
      <w:r>
        <w:t>This form is designed to help parents reflect on current challenges, strengths, and needs. It will also serve as a guide for planning interventions and support between parent and child.</w:t>
      </w:r>
    </w:p>
    <w:p w14:paraId="5921295F" w14:textId="77777777" w:rsidR="00517635" w:rsidRDefault="00F928D9">
      <w:pPr>
        <w:pStyle w:val="Heading2"/>
      </w:pPr>
      <w:r>
        <w:t>SECTION A: Parent/Guardian Information</w:t>
      </w:r>
    </w:p>
    <w:p w14:paraId="683CFBF3" w14:textId="030A29D0" w:rsidR="00517635" w:rsidRDefault="00F928D9">
      <w:r>
        <w:t xml:space="preserve">Parent/Guardian </w:t>
      </w:r>
      <w:r w:rsidR="0056498F">
        <w:t>Name</w:t>
      </w:r>
      <w:r>
        <w:t>: ___________________________</w:t>
      </w:r>
    </w:p>
    <w:p w14:paraId="069A9357" w14:textId="77777777" w:rsidR="00517635" w:rsidRDefault="00F928D9">
      <w:r>
        <w:t>Age Range:</w:t>
      </w:r>
    </w:p>
    <w:p w14:paraId="73131FF5" w14:textId="77777777" w:rsidR="00517635" w:rsidRDefault="00F928D9">
      <w:r>
        <w:t xml:space="preserve"> </w:t>
      </w:r>
      <w:r>
        <w:fldChar w:fldCharType="begin"/>
      </w:r>
      <w:r>
        <w:instrText>FORMCHECKBOX</w:instrText>
      </w:r>
      <w:r>
        <w:fldChar w:fldCharType="separate"/>
      </w:r>
      <w:r>
        <w:fldChar w:fldCharType="end"/>
      </w:r>
      <w:r>
        <w:t xml:space="preserve"> 18–25    </w:t>
      </w:r>
      <w:r>
        <w:fldChar w:fldCharType="begin"/>
      </w:r>
      <w:r>
        <w:instrText>FORMCHECKBOX</w:instrText>
      </w:r>
      <w:r>
        <w:fldChar w:fldCharType="separate"/>
      </w:r>
      <w:r>
        <w:fldChar w:fldCharType="end"/>
      </w:r>
      <w:r>
        <w:t xml:space="preserve"> 26–35    </w:t>
      </w:r>
      <w:r>
        <w:fldChar w:fldCharType="begin"/>
      </w:r>
      <w:r>
        <w:instrText>FORMCHECKBOX</w:instrText>
      </w:r>
      <w:r>
        <w:fldChar w:fldCharType="separate"/>
      </w:r>
      <w:r>
        <w:fldChar w:fldCharType="end"/>
      </w:r>
      <w:r>
        <w:t xml:space="preserve"> 36–45    </w:t>
      </w:r>
      <w:r>
        <w:fldChar w:fldCharType="begin"/>
      </w:r>
      <w:r>
        <w:instrText>FORMCHECKBOX</w:instrText>
      </w:r>
      <w:r>
        <w:fldChar w:fldCharType="separate"/>
      </w:r>
      <w:r>
        <w:fldChar w:fldCharType="end"/>
      </w:r>
      <w:r>
        <w:t xml:space="preserve"> 46+   </w:t>
      </w:r>
    </w:p>
    <w:p w14:paraId="3FBDF26A" w14:textId="23F3A034" w:rsidR="00517635" w:rsidRDefault="00F928D9">
      <w:r>
        <w:t xml:space="preserve">Gender:  </w:t>
      </w:r>
      <w:r>
        <w:fldChar w:fldCharType="begin"/>
      </w:r>
      <w:r>
        <w:instrText>FORMCHECKBOX</w:instrText>
      </w:r>
      <w:r>
        <w:fldChar w:fldCharType="separate"/>
      </w:r>
      <w:r>
        <w:fldChar w:fldCharType="end"/>
      </w:r>
      <w:r>
        <w:t xml:space="preserve"> Male</w:t>
      </w:r>
      <w:r w:rsidR="005351AD">
        <w:t xml:space="preserve">______   </w:t>
      </w:r>
      <w:r>
        <w:t xml:space="preserve">    </w:t>
      </w:r>
      <w:r>
        <w:fldChar w:fldCharType="begin"/>
      </w:r>
      <w:r>
        <w:instrText>FORMCHECKBOX</w:instrText>
      </w:r>
      <w:r>
        <w:fldChar w:fldCharType="separate"/>
      </w:r>
      <w:r>
        <w:fldChar w:fldCharType="end"/>
      </w:r>
      <w:r>
        <w:t xml:space="preserve"> Female</w:t>
      </w:r>
      <w:r w:rsidR="005351AD">
        <w:t xml:space="preserve">______   </w:t>
      </w:r>
      <w:r>
        <w:t xml:space="preserve">    </w:t>
      </w:r>
      <w:r>
        <w:fldChar w:fldCharType="begin"/>
      </w:r>
      <w:r>
        <w:instrText>FORMCHECKBOX</w:instrText>
      </w:r>
      <w:r>
        <w:fldChar w:fldCharType="separate"/>
      </w:r>
      <w:r>
        <w:fldChar w:fldCharType="end"/>
      </w:r>
      <w:r>
        <w:t xml:space="preserve"> </w:t>
      </w:r>
    </w:p>
    <w:p w14:paraId="7509A273" w14:textId="77777777" w:rsidR="00517635" w:rsidRDefault="00F928D9">
      <w:r>
        <w:t>Contact Number: ___________________________</w:t>
      </w:r>
    </w:p>
    <w:p w14:paraId="0DA9FCBB" w14:textId="77777777" w:rsidR="00517635" w:rsidRDefault="00F928D9">
      <w:r>
        <w:t xml:space="preserve">Relationship to Child:  </w:t>
      </w:r>
      <w:r>
        <w:fldChar w:fldCharType="begin"/>
      </w:r>
      <w:r>
        <w:instrText>FORMCHECKBOX</w:instrText>
      </w:r>
      <w:r>
        <w:fldChar w:fldCharType="separate"/>
      </w:r>
      <w:r>
        <w:fldChar w:fldCharType="end"/>
      </w:r>
      <w:r>
        <w:t xml:space="preserve"> Mother    </w:t>
      </w:r>
      <w:r>
        <w:fldChar w:fldCharType="begin"/>
      </w:r>
      <w:r>
        <w:instrText>FORMCHECKBOX</w:instrText>
      </w:r>
      <w:r>
        <w:fldChar w:fldCharType="separate"/>
      </w:r>
      <w:r>
        <w:fldChar w:fldCharType="end"/>
      </w:r>
      <w:r>
        <w:t xml:space="preserve"> Father    </w:t>
      </w:r>
      <w:r>
        <w:fldChar w:fldCharType="begin"/>
      </w:r>
      <w:r>
        <w:instrText>FORMCHECKBOX</w:instrText>
      </w:r>
      <w:r>
        <w:fldChar w:fldCharType="separate"/>
      </w:r>
      <w:r>
        <w:fldChar w:fldCharType="end"/>
      </w:r>
      <w:r>
        <w:t xml:space="preserve"> Guardian    </w:t>
      </w:r>
      <w:r>
        <w:fldChar w:fldCharType="begin"/>
      </w:r>
      <w:r>
        <w:instrText>FORMCHECKBOX</w:instrText>
      </w:r>
      <w:r>
        <w:fldChar w:fldCharType="separate"/>
      </w:r>
      <w:r>
        <w:fldChar w:fldCharType="end"/>
      </w:r>
      <w:r>
        <w:t xml:space="preserve"> Other: ________   </w:t>
      </w:r>
    </w:p>
    <w:p w14:paraId="4D515B96" w14:textId="77777777" w:rsidR="00517635" w:rsidRDefault="00F928D9">
      <w:r>
        <w:t>Household Members: ___________________________________</w:t>
      </w:r>
    </w:p>
    <w:p w14:paraId="45337889" w14:textId="77777777" w:rsidR="00517635" w:rsidRDefault="00F928D9">
      <w:pPr>
        <w:pStyle w:val="Heading2"/>
      </w:pPr>
      <w:r>
        <w:t>SECTION B: Child Information</w:t>
      </w:r>
    </w:p>
    <w:p w14:paraId="0BE7FDCF" w14:textId="77777777" w:rsidR="0056498F" w:rsidRPr="0056498F" w:rsidRDefault="0056498F" w:rsidP="0056498F"/>
    <w:p w14:paraId="62A400F3" w14:textId="2EA195E5" w:rsidR="00517635" w:rsidRDefault="00F928D9">
      <w:r>
        <w:t xml:space="preserve">Child’s </w:t>
      </w:r>
      <w:r w:rsidR="0056498F">
        <w:t>Name</w:t>
      </w:r>
      <w:r>
        <w:t>: ___________________________</w:t>
      </w:r>
    </w:p>
    <w:p w14:paraId="56343DA4" w14:textId="2BE8AE7D" w:rsidR="00517635" w:rsidRDefault="00F928D9">
      <w:r>
        <w:t>Age: __________</w:t>
      </w:r>
    </w:p>
    <w:p w14:paraId="2D2DAF85" w14:textId="7DE76CB4" w:rsidR="00517635" w:rsidRDefault="0056498F">
      <w:r>
        <w:t>Grade: ___________________________</w:t>
      </w:r>
    </w:p>
    <w:p w14:paraId="3832A1F3" w14:textId="12E5EF12" w:rsidR="0009060B" w:rsidRDefault="00F928D9">
      <w:pPr>
        <w:pStyle w:val="Heading2"/>
      </w:pPr>
      <w:r>
        <w:t xml:space="preserve">SECTION C: </w:t>
      </w:r>
      <w:r w:rsidR="00D17193">
        <w:t>Reasons for Mentorship</w:t>
      </w:r>
    </w:p>
    <w:p w14:paraId="4CB34D38" w14:textId="69DF3A21" w:rsidR="00517635" w:rsidRDefault="0009060B">
      <w:pPr>
        <w:pStyle w:val="Heading2"/>
      </w:pPr>
      <w:r>
        <w:t xml:space="preserve">Are you experiencing any concerns with your child </w:t>
      </w:r>
      <w:r>
        <w:rPr>
          <w:rFonts w:cstheme="majorHAnsi"/>
        </w:rPr>
        <w:t>⃝ Yes ⃝ No</w:t>
      </w:r>
    </w:p>
    <w:p w14:paraId="4D59ABF5" w14:textId="3BCBB74F" w:rsidR="0009060B" w:rsidRDefault="0009060B">
      <w:r>
        <w:t>If answer is yes, please indicate your concern (s)</w:t>
      </w:r>
    </w:p>
    <w:p w14:paraId="15A63743" w14:textId="33C5FBCD" w:rsidR="00517635" w:rsidRDefault="00F928D9">
      <w:r>
        <w:t>(Please check all that apply and add details where necessary)</w:t>
      </w:r>
    </w:p>
    <w:p w14:paraId="24A2B79E" w14:textId="77777777" w:rsidR="00517635" w:rsidRDefault="00F928D9">
      <w:r>
        <w:t xml:space="preserve"> </w:t>
      </w:r>
      <w:r>
        <w:fldChar w:fldCharType="begin"/>
      </w:r>
      <w:r>
        <w:instrText>FORMCHECKBOX</w:instrText>
      </w:r>
      <w:r>
        <w:fldChar w:fldCharType="separate"/>
      </w:r>
      <w:r>
        <w:fldChar w:fldCharType="end"/>
      </w:r>
      <w:r>
        <w:t xml:space="preserve"> Frequent disobedience</w:t>
      </w:r>
    </w:p>
    <w:p w14:paraId="116AFDAC" w14:textId="77777777" w:rsidR="00517635" w:rsidRDefault="00F928D9">
      <w:r>
        <w:t xml:space="preserve"> </w:t>
      </w:r>
      <w:r>
        <w:fldChar w:fldCharType="begin"/>
      </w:r>
      <w:r>
        <w:instrText>FORMCHECKBOX</w:instrText>
      </w:r>
      <w:r>
        <w:fldChar w:fldCharType="separate"/>
      </w:r>
      <w:r>
        <w:fldChar w:fldCharType="end"/>
      </w:r>
      <w:r>
        <w:t xml:space="preserve"> Aggressive behavior (verbal/physical)</w:t>
      </w:r>
    </w:p>
    <w:p w14:paraId="509257B8" w14:textId="77777777" w:rsidR="00517635" w:rsidRDefault="00F928D9">
      <w:r>
        <w:t xml:space="preserve"> </w:t>
      </w:r>
      <w:r>
        <w:fldChar w:fldCharType="begin"/>
      </w:r>
      <w:r>
        <w:instrText>FORMCHECKBOX</w:instrText>
      </w:r>
      <w:r>
        <w:fldChar w:fldCharType="separate"/>
      </w:r>
      <w:r>
        <w:fldChar w:fldCharType="end"/>
      </w:r>
      <w:r>
        <w:t xml:space="preserve"> Withdrawal/isolating self</w:t>
      </w:r>
    </w:p>
    <w:p w14:paraId="193C1C71" w14:textId="77777777" w:rsidR="00517635" w:rsidRDefault="00F928D9">
      <w:r>
        <w:t xml:space="preserve"> </w:t>
      </w:r>
      <w:r>
        <w:fldChar w:fldCharType="begin"/>
      </w:r>
      <w:r>
        <w:instrText>FORMCHECKBOX</w:instrText>
      </w:r>
      <w:r>
        <w:fldChar w:fldCharType="separate"/>
      </w:r>
      <w:r>
        <w:fldChar w:fldCharType="end"/>
      </w:r>
      <w:r>
        <w:t xml:space="preserve"> Poor academic performance</w:t>
      </w:r>
    </w:p>
    <w:p w14:paraId="321BD26D" w14:textId="77777777" w:rsidR="00517635" w:rsidRDefault="00F928D9">
      <w:r>
        <w:t xml:space="preserve"> </w:t>
      </w:r>
      <w:r>
        <w:fldChar w:fldCharType="begin"/>
      </w:r>
      <w:r>
        <w:instrText>FORMCHECKBOX</w:instrText>
      </w:r>
      <w:r>
        <w:fldChar w:fldCharType="separate"/>
      </w:r>
      <w:r>
        <w:fldChar w:fldCharType="end"/>
      </w:r>
      <w:r>
        <w:t xml:space="preserve"> Lying/stealing</w:t>
      </w:r>
    </w:p>
    <w:p w14:paraId="70645BFD" w14:textId="77777777" w:rsidR="00517635" w:rsidRDefault="00F928D9">
      <w:r>
        <w:t xml:space="preserve"> </w:t>
      </w:r>
      <w:r>
        <w:fldChar w:fldCharType="begin"/>
      </w:r>
      <w:r>
        <w:instrText>FORMCHECKBOX</w:instrText>
      </w:r>
      <w:r>
        <w:fldChar w:fldCharType="separate"/>
      </w:r>
      <w:r>
        <w:fldChar w:fldCharType="end"/>
      </w:r>
      <w:r>
        <w:t xml:space="preserve"> Sexual behavior concerns</w:t>
      </w:r>
    </w:p>
    <w:p w14:paraId="5529E22F" w14:textId="77777777" w:rsidR="00517635" w:rsidRDefault="00F928D9">
      <w:r>
        <w:t xml:space="preserve"> </w:t>
      </w:r>
      <w:r>
        <w:fldChar w:fldCharType="begin"/>
      </w:r>
      <w:r>
        <w:instrText>FORMCHECKBOX</w:instrText>
      </w:r>
      <w:r>
        <w:fldChar w:fldCharType="separate"/>
      </w:r>
      <w:r>
        <w:fldChar w:fldCharType="end"/>
      </w:r>
      <w:r>
        <w:t xml:space="preserve"> Screen/social media overuse</w:t>
      </w:r>
    </w:p>
    <w:p w14:paraId="42D706DB" w14:textId="77777777" w:rsidR="00517635" w:rsidRDefault="00F928D9">
      <w:r>
        <w:t xml:space="preserve"> </w:t>
      </w:r>
      <w:r>
        <w:fldChar w:fldCharType="begin"/>
      </w:r>
      <w:r>
        <w:instrText>FORMCHECKBOX</w:instrText>
      </w:r>
      <w:r>
        <w:fldChar w:fldCharType="separate"/>
      </w:r>
      <w:r>
        <w:fldChar w:fldCharType="end"/>
      </w:r>
      <w:r>
        <w:t xml:space="preserve"> Substance use concerns</w:t>
      </w:r>
    </w:p>
    <w:p w14:paraId="4E2EDAF8" w14:textId="77777777" w:rsidR="00517635" w:rsidRDefault="00F928D9">
      <w:r>
        <w:t xml:space="preserve"> </w:t>
      </w:r>
      <w:r>
        <w:fldChar w:fldCharType="begin"/>
      </w:r>
      <w:r>
        <w:instrText>FORMCHECKBOX</w:instrText>
      </w:r>
      <w:r>
        <w:fldChar w:fldCharType="separate"/>
      </w:r>
      <w:r>
        <w:fldChar w:fldCharType="end"/>
      </w:r>
      <w:r>
        <w:t xml:space="preserve"> Other: __________________________</w:t>
      </w:r>
    </w:p>
    <w:p w14:paraId="76934D02" w14:textId="77777777" w:rsidR="00517635" w:rsidRDefault="00F928D9">
      <w:pPr>
        <w:pBdr>
          <w:bottom w:val="single" w:sz="12" w:space="1" w:color="auto"/>
        </w:pBdr>
      </w:pPr>
      <w:r>
        <w:t>Please briefly describe the main issue(s) you are experiencing with your child:</w:t>
      </w:r>
    </w:p>
    <w:p w14:paraId="189C246C" w14:textId="02842370" w:rsidR="00F53738" w:rsidRDefault="00F53738">
      <w:pPr>
        <w:pBdr>
          <w:bottom w:val="single" w:sz="12" w:space="1" w:color="auto"/>
        </w:pBdr>
      </w:pPr>
      <w:r>
        <w:t>……………………………………………………………………………………………………………………………………………………………………………………………………………………………………………………………………………………</w:t>
      </w:r>
    </w:p>
    <w:p w14:paraId="24D5DCD2" w14:textId="77777777" w:rsidR="00D17193" w:rsidRDefault="00D17193">
      <w:pPr>
        <w:pBdr>
          <w:bottom w:val="single" w:sz="12" w:space="1" w:color="auto"/>
        </w:pBdr>
      </w:pPr>
    </w:p>
    <w:p w14:paraId="7FBC0008" w14:textId="77777777" w:rsidR="00D17193" w:rsidRDefault="00D17193">
      <w:pPr>
        <w:pBdr>
          <w:bottom w:val="single" w:sz="12" w:space="1" w:color="auto"/>
        </w:pBdr>
      </w:pPr>
    </w:p>
    <w:p w14:paraId="0C15AB7D" w14:textId="091ACA37" w:rsidR="0009060B" w:rsidRDefault="0009060B" w:rsidP="0009060B">
      <w:pPr>
        <w:pBdr>
          <w:bottom w:val="single" w:sz="12" w:space="1" w:color="auto"/>
        </w:pBdr>
      </w:pPr>
      <w:r>
        <w:lastRenderedPageBreak/>
        <w:t>If your answer is no, please indicate the reason for wanting your child to be a part of the Mentorship Program</w:t>
      </w:r>
    </w:p>
    <w:p w14:paraId="3CD60BE6" w14:textId="77777777" w:rsidR="0009060B" w:rsidRDefault="0009060B" w:rsidP="0009060B">
      <w:pPr>
        <w:pBdr>
          <w:bottom w:val="single" w:sz="12" w:space="1" w:color="auto"/>
        </w:pBdr>
      </w:pPr>
    </w:p>
    <w:p w14:paraId="325F6D85" w14:textId="77777777" w:rsidR="0009060B" w:rsidRDefault="0009060B" w:rsidP="0009060B"/>
    <w:p w14:paraId="251CE3B5" w14:textId="0ACDE20F" w:rsidR="0009060B" w:rsidRDefault="0009060B" w:rsidP="0009060B">
      <w:pPr>
        <w:pBdr>
          <w:top w:val="single" w:sz="12" w:space="1" w:color="auto"/>
          <w:bottom w:val="single" w:sz="12" w:space="1" w:color="auto"/>
        </w:pBdr>
      </w:pPr>
    </w:p>
    <w:p w14:paraId="0522E1D3" w14:textId="77777777" w:rsidR="0009060B" w:rsidRDefault="0009060B" w:rsidP="0009060B">
      <w:pPr>
        <w:pBdr>
          <w:bottom w:val="single" w:sz="12" w:space="1" w:color="auto"/>
        </w:pBdr>
      </w:pPr>
    </w:p>
    <w:p w14:paraId="49033F76" w14:textId="77777777" w:rsidR="00517635" w:rsidRDefault="00F928D9">
      <w:pPr>
        <w:pStyle w:val="Heading2"/>
      </w:pPr>
      <w:r>
        <w:t>SECTION D: Parent Reflections</w:t>
      </w:r>
    </w:p>
    <w:p w14:paraId="1CA67141" w14:textId="77777777" w:rsidR="00517635" w:rsidRDefault="00F928D9">
      <w:r>
        <w:t>1. What do you think might be contributing to your child’s behavior?</w:t>
      </w:r>
    </w:p>
    <w:p w14:paraId="385386DB" w14:textId="77777777" w:rsidR="00517635" w:rsidRDefault="00F928D9">
      <w:r>
        <w:t>________________________________________________________________________</w:t>
      </w:r>
    </w:p>
    <w:p w14:paraId="77695AE5" w14:textId="77777777" w:rsidR="00517635" w:rsidRDefault="00F928D9">
      <w:r>
        <w:t>________________________________________________________________________</w:t>
      </w:r>
    </w:p>
    <w:p w14:paraId="1FD0ED24" w14:textId="77777777" w:rsidR="00517635" w:rsidRDefault="00F928D9">
      <w:r>
        <w:t>2. How do you usually respond when your child behaves in this way?</w:t>
      </w:r>
    </w:p>
    <w:p w14:paraId="2D2651ED" w14:textId="77777777" w:rsidR="00517635" w:rsidRDefault="00F928D9">
      <w:r>
        <w:t>________________________________________________________________________</w:t>
      </w:r>
    </w:p>
    <w:p w14:paraId="3221AE64" w14:textId="77777777" w:rsidR="00517635" w:rsidRDefault="00F928D9">
      <w:r>
        <w:t>________________________________________________________________________</w:t>
      </w:r>
    </w:p>
    <w:p w14:paraId="512BFC22" w14:textId="77777777" w:rsidR="00517635" w:rsidRDefault="00F928D9">
      <w:r>
        <w:t>3. What strategies have worked well for you as a parent?</w:t>
      </w:r>
    </w:p>
    <w:p w14:paraId="1F747AF9" w14:textId="77777777" w:rsidR="00517635" w:rsidRDefault="00F928D9">
      <w:r>
        <w:t>________________________________________________________________________</w:t>
      </w:r>
    </w:p>
    <w:p w14:paraId="529E5508" w14:textId="77777777" w:rsidR="00517635" w:rsidRDefault="00F928D9">
      <w:r>
        <w:t>________________________________________________________________________</w:t>
      </w:r>
    </w:p>
    <w:p w14:paraId="1F31050D" w14:textId="77777777" w:rsidR="00517635" w:rsidRDefault="00F928D9">
      <w:pPr>
        <w:pStyle w:val="Heading2"/>
      </w:pPr>
      <w:r>
        <w:t>SECTION E: Strengths &amp; Supports</w:t>
      </w:r>
    </w:p>
    <w:p w14:paraId="369B81D7" w14:textId="77777777" w:rsidR="00517635" w:rsidRDefault="00F928D9">
      <w:r>
        <w:t>What strengths do you see in your child?</w:t>
      </w:r>
    </w:p>
    <w:p w14:paraId="06D0DED7" w14:textId="77777777" w:rsidR="00517635" w:rsidRDefault="00F928D9">
      <w:r>
        <w:t>________________________________________________________________________</w:t>
      </w:r>
    </w:p>
    <w:p w14:paraId="16018765" w14:textId="77777777" w:rsidR="00517635" w:rsidRDefault="00F928D9">
      <w:r>
        <w:t>What strengths do you see in yourself as a parent?</w:t>
      </w:r>
    </w:p>
    <w:p w14:paraId="53B3E463" w14:textId="77777777" w:rsidR="00517635" w:rsidRDefault="00F928D9">
      <w:r>
        <w:t>________________________________________________________________________</w:t>
      </w:r>
    </w:p>
    <w:p w14:paraId="374D9ABC" w14:textId="77777777" w:rsidR="00517635" w:rsidRDefault="00F928D9">
      <w:r>
        <w:t>Who supports you as a parent? (family, friends, church, community, etc.)</w:t>
      </w:r>
    </w:p>
    <w:p w14:paraId="3735DFEF" w14:textId="77777777" w:rsidR="00517635" w:rsidRDefault="00F928D9">
      <w:r>
        <w:t>________________________________________________________________________</w:t>
      </w:r>
    </w:p>
    <w:p w14:paraId="28DCB229" w14:textId="77777777" w:rsidR="00517635" w:rsidRDefault="00F928D9">
      <w:pPr>
        <w:pStyle w:val="Heading2"/>
      </w:pPr>
      <w:r>
        <w:t>SECTION F: Goals for Change</w:t>
      </w:r>
    </w:p>
    <w:p w14:paraId="35AB9CAC" w14:textId="77777777" w:rsidR="00517635" w:rsidRDefault="00F928D9">
      <w:r>
        <w:t>What changes would you like to see in your child?</w:t>
      </w:r>
    </w:p>
    <w:p w14:paraId="13A63ACB" w14:textId="77777777" w:rsidR="00517635" w:rsidRDefault="00F928D9">
      <w:r>
        <w:t>________________________________________________________________________</w:t>
      </w:r>
    </w:p>
    <w:p w14:paraId="6B2A3C16" w14:textId="77777777" w:rsidR="00517635" w:rsidRDefault="00F928D9">
      <w:r>
        <w:t>What changes would you like to see in your relationship with your child?</w:t>
      </w:r>
    </w:p>
    <w:p w14:paraId="4E4FF6A0" w14:textId="77777777" w:rsidR="00517635" w:rsidRDefault="00F928D9">
      <w:r>
        <w:t>________________________________________________________________________</w:t>
      </w:r>
    </w:p>
    <w:p w14:paraId="6CB541D9" w14:textId="77777777" w:rsidR="00517635" w:rsidRDefault="00F928D9">
      <w:r>
        <w:t>What kind of support would be most helpful to you? (e.g., counseling, parenting workshops, family therapy, mentoring, academic support, etc.)</w:t>
      </w:r>
    </w:p>
    <w:p w14:paraId="00AC06FD" w14:textId="77777777" w:rsidR="00517635" w:rsidRDefault="00F928D9">
      <w:r>
        <w:t>________________________________________________________________________</w:t>
      </w:r>
    </w:p>
    <w:p w14:paraId="6294D3C7" w14:textId="77777777" w:rsidR="00517635" w:rsidRDefault="00F928D9">
      <w:pPr>
        <w:pStyle w:val="Heading2"/>
      </w:pPr>
      <w:r>
        <w:t>SECTION G: Parent Commitment</w:t>
      </w:r>
    </w:p>
    <w:p w14:paraId="5ACF6653" w14:textId="75D36F73" w:rsidR="00F53738" w:rsidRDefault="00F208F8">
      <w:r>
        <w:t>"I, …………………………………………., hereby commit to partnering with the mentorship program and to providing the necessary support to strengthen my relationship with my child, with the aim of addressing identified challenges and fostering continued development in the areas outlined above."</w:t>
      </w:r>
    </w:p>
    <w:p w14:paraId="037BB3D4" w14:textId="77777777" w:rsidR="00517635" w:rsidRDefault="00F928D9">
      <w:r>
        <w:t>Signature: _________________________ Date: ____________</w:t>
      </w:r>
    </w:p>
    <w:sectPr w:rsidR="00517635" w:rsidSect="00F53738">
      <w:headerReference w:type="even" r:id="rId8"/>
      <w:headerReference w:type="default" r:id="rId9"/>
      <w:footerReference w:type="even" r:id="rId10"/>
      <w:footerReference w:type="default" r:id="rId11"/>
      <w:headerReference w:type="first" r:id="rId12"/>
      <w:footerReference w:type="first" r:id="rId13"/>
      <w:pgSz w:w="12240" w:h="20160" w:code="5"/>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DD12B" w14:textId="77777777" w:rsidR="00117D6D" w:rsidRDefault="00117D6D" w:rsidP="00875249">
      <w:pPr>
        <w:spacing w:after="0" w:line="240" w:lineRule="auto"/>
      </w:pPr>
      <w:r>
        <w:separator/>
      </w:r>
    </w:p>
  </w:endnote>
  <w:endnote w:type="continuationSeparator" w:id="0">
    <w:p w14:paraId="5075A38C" w14:textId="77777777" w:rsidR="00117D6D" w:rsidRDefault="00117D6D" w:rsidP="0087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25E2" w14:textId="77777777" w:rsidR="00875249" w:rsidRDefault="008752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F6F92" w14:textId="5122B41D" w:rsidR="00875249" w:rsidRDefault="00875249">
    <w:pPr>
      <w:pStyle w:val="Footer"/>
    </w:pPr>
    <w:r>
      <w:t>Please take a picture of your completed form</w:t>
    </w:r>
    <w:r w:rsidR="00963C40">
      <w:t xml:space="preserve"> </w:t>
    </w:r>
    <w:r>
      <w:t xml:space="preserve">and email to: </w:t>
    </w:r>
    <w:r w:rsidR="00963C40" w:rsidRPr="00963C40">
      <w:rPr>
        <w:b/>
        <w:bCs/>
      </w:rPr>
      <w:t>cornwallcollegemti2022@gmail.com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EFAC4" w14:textId="77777777" w:rsidR="00875249" w:rsidRDefault="00875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9E1D6" w14:textId="77777777" w:rsidR="00117D6D" w:rsidRDefault="00117D6D" w:rsidP="00875249">
      <w:pPr>
        <w:spacing w:after="0" w:line="240" w:lineRule="auto"/>
      </w:pPr>
      <w:r>
        <w:separator/>
      </w:r>
    </w:p>
  </w:footnote>
  <w:footnote w:type="continuationSeparator" w:id="0">
    <w:p w14:paraId="15EE9229" w14:textId="77777777" w:rsidR="00117D6D" w:rsidRDefault="00117D6D" w:rsidP="00875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F830" w14:textId="77777777" w:rsidR="00875249" w:rsidRDefault="008752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52421" w14:textId="77777777" w:rsidR="00875249" w:rsidRDefault="008752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8A496" w14:textId="77777777" w:rsidR="00875249" w:rsidRDefault="008752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5249288">
    <w:abstractNumId w:val="8"/>
  </w:num>
  <w:num w:numId="2" w16cid:durableId="756245345">
    <w:abstractNumId w:val="6"/>
  </w:num>
  <w:num w:numId="3" w16cid:durableId="981080797">
    <w:abstractNumId w:val="5"/>
  </w:num>
  <w:num w:numId="4" w16cid:durableId="2022858185">
    <w:abstractNumId w:val="4"/>
  </w:num>
  <w:num w:numId="5" w16cid:durableId="364328224">
    <w:abstractNumId w:val="7"/>
  </w:num>
  <w:num w:numId="6" w16cid:durableId="515388779">
    <w:abstractNumId w:val="3"/>
  </w:num>
  <w:num w:numId="7" w16cid:durableId="510875785">
    <w:abstractNumId w:val="2"/>
  </w:num>
  <w:num w:numId="8" w16cid:durableId="439959226">
    <w:abstractNumId w:val="1"/>
  </w:num>
  <w:num w:numId="9" w16cid:durableId="126511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60B"/>
    <w:rsid w:val="00117D6D"/>
    <w:rsid w:val="0015074B"/>
    <w:rsid w:val="001523EA"/>
    <w:rsid w:val="0015560D"/>
    <w:rsid w:val="0029639D"/>
    <w:rsid w:val="00326F90"/>
    <w:rsid w:val="004C25C3"/>
    <w:rsid w:val="00513B6C"/>
    <w:rsid w:val="00516576"/>
    <w:rsid w:val="00517635"/>
    <w:rsid w:val="005351AD"/>
    <w:rsid w:val="0054258E"/>
    <w:rsid w:val="0056498F"/>
    <w:rsid w:val="00875249"/>
    <w:rsid w:val="00915A9E"/>
    <w:rsid w:val="00963C40"/>
    <w:rsid w:val="00AA1D8D"/>
    <w:rsid w:val="00B26B5E"/>
    <w:rsid w:val="00B47730"/>
    <w:rsid w:val="00B67F6F"/>
    <w:rsid w:val="00C213C6"/>
    <w:rsid w:val="00C6110D"/>
    <w:rsid w:val="00CB0664"/>
    <w:rsid w:val="00D17193"/>
    <w:rsid w:val="00E40826"/>
    <w:rsid w:val="00E6657B"/>
    <w:rsid w:val="00F208F8"/>
    <w:rsid w:val="00F53738"/>
    <w:rsid w:val="00F928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E638EA"/>
  <w14:defaultImageDpi w14:val="300"/>
  <w15:docId w15:val="{660FFAEE-66AB-4A3A-8C1A-E00D98FBE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Tyrone Thompson</cp:lastModifiedBy>
  <cp:revision>2</cp:revision>
  <cp:lastPrinted>2026-10-04T21:18:00Z</cp:lastPrinted>
  <dcterms:created xsi:type="dcterms:W3CDTF">2026-10-10T13:27:00Z</dcterms:created>
  <dcterms:modified xsi:type="dcterms:W3CDTF">2026-10-10T13:27:00Z</dcterms:modified>
  <cp:category/>
</cp:coreProperties>
</file>